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4873"/>
        <w:gridCol w:w="4873"/>
      </w:tblGrid>
      <w:tr w:rsidR="009D5394" w14:paraId="48311EA2" w14:textId="77777777">
        <w:tc>
          <w:tcPr>
            <w:tcW w:w="4873" w:type="dxa"/>
            <w:vAlign w:val="center"/>
          </w:tcPr>
          <w:p w14:paraId="630BFD88" w14:textId="77777777" w:rsidR="009D5394" w:rsidRDefault="00006D6F">
            <w:r>
              <w:rPr>
                <w:b/>
                <w:color w:val="0A1628"/>
                <w:sz w:val="18"/>
              </w:rPr>
              <w:t>CANVA·VE ŠKOLE</w:t>
            </w:r>
          </w:p>
        </w:tc>
        <w:tc>
          <w:tcPr>
            <w:tcW w:w="4873" w:type="dxa"/>
            <w:shd w:val="clear" w:color="auto" w:fill="00C4CC"/>
            <w:vAlign w:val="center"/>
          </w:tcPr>
          <w:p w14:paraId="5E0A321B" w14:textId="77777777" w:rsidR="009D5394" w:rsidRDefault="00006D6F">
            <w:pPr>
              <w:jc w:val="right"/>
            </w:pPr>
            <w:r>
              <w:rPr>
                <w:b/>
                <w:color w:val="FFFFFF"/>
                <w:sz w:val="16"/>
              </w:rPr>
              <w:t xml:space="preserve">  E-portfolio · materiály k webináři  </w:t>
            </w:r>
          </w:p>
        </w:tc>
      </w:tr>
    </w:tbl>
    <w:p w14:paraId="1F710B1D" w14:textId="77777777" w:rsidR="009D5394" w:rsidRDefault="009D5394"/>
    <w:p w14:paraId="4EC41E58" w14:textId="77777777" w:rsidR="009D5394" w:rsidRDefault="00006D6F">
      <w:pPr>
        <w:spacing w:after="40"/>
      </w:pPr>
      <w:r>
        <w:rPr>
          <w:b/>
          <w:color w:val="04A8B0"/>
          <w:sz w:val="18"/>
        </w:rPr>
        <w:t>GDPR SOUHLAS</w:t>
      </w:r>
    </w:p>
    <w:p w14:paraId="54CCE265" w14:textId="77777777" w:rsidR="009D5394" w:rsidRDefault="00006D6F">
      <w:pPr>
        <w:spacing w:after="80"/>
      </w:pPr>
      <w:r>
        <w:rPr>
          <w:b/>
          <w:color w:val="0A1628"/>
          <w:sz w:val="52"/>
        </w:rPr>
        <w:t>Souhlas zákonného zástupce</w:t>
      </w:r>
    </w:p>
    <w:p w14:paraId="53162105" w14:textId="77777777" w:rsidR="009D5394" w:rsidRDefault="00006D6F">
      <w:pPr>
        <w:spacing w:after="160"/>
      </w:pPr>
      <w:r>
        <w:rPr>
          <w:i/>
          <w:color w:val="525B68"/>
          <w:sz w:val="24"/>
        </w:rPr>
        <w:t>Se zpracováním osobních údajů v rámci e-portfolia žáka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73"/>
        <w:gridCol w:w="4873"/>
      </w:tblGrid>
      <w:tr w:rsidR="009D5394" w14:paraId="7709C8A4" w14:textId="77777777">
        <w:tc>
          <w:tcPr>
            <w:tcW w:w="4873" w:type="dxa"/>
            <w:shd w:val="clear" w:color="auto" w:fill="00C4CC"/>
          </w:tcPr>
          <w:p w14:paraId="12FD9EFA" w14:textId="77777777" w:rsidR="009D5394" w:rsidRDefault="00006D6F">
            <w:r>
              <w:rPr>
                <w:sz w:val="4"/>
              </w:rPr>
              <w:t> </w:t>
            </w:r>
          </w:p>
        </w:tc>
        <w:tc>
          <w:tcPr>
            <w:tcW w:w="4873" w:type="dxa"/>
            <w:shd w:val="clear" w:color="auto" w:fill="7D2AE8"/>
          </w:tcPr>
          <w:p w14:paraId="26C88E5A" w14:textId="77777777" w:rsidR="009D5394" w:rsidRDefault="00006D6F">
            <w:r>
              <w:rPr>
                <w:sz w:val="4"/>
              </w:rPr>
              <w:t> </w:t>
            </w:r>
          </w:p>
        </w:tc>
      </w:tr>
    </w:tbl>
    <w:p w14:paraId="4D633363" w14:textId="77777777" w:rsidR="009D5394" w:rsidRDefault="009D5394"/>
    <w:p w14:paraId="71B747E3" w14:textId="77777777" w:rsidR="009D5394" w:rsidRDefault="00006D6F">
      <w:r>
        <w:rPr>
          <w:i/>
          <w:color w:val="525B68"/>
          <w:sz w:val="18"/>
        </w:rPr>
        <w:t xml:space="preserve">Vzorový dokument. Před distribucí rodičům ověřte text s pověřencem pro ochranu osobních údajů </w:t>
      </w:r>
      <w:r>
        <w:rPr>
          <w:i/>
          <w:color w:val="525B68"/>
          <w:sz w:val="18"/>
        </w:rPr>
        <w:t>(DPO) vaší školy a upravte dle konkrétních podmínek.</w:t>
      </w:r>
    </w:p>
    <w:p w14:paraId="1F4DB106" w14:textId="77777777" w:rsidR="009D5394" w:rsidRDefault="00006D6F">
      <w:pPr>
        <w:spacing w:before="280" w:after="100"/>
      </w:pPr>
      <w:r>
        <w:rPr>
          <w:b/>
          <w:color w:val="04A8B0"/>
          <w:sz w:val="26"/>
        </w:rPr>
        <w:t xml:space="preserve">1 · </w:t>
      </w:r>
      <w:r>
        <w:rPr>
          <w:b/>
          <w:color w:val="0A1628"/>
          <w:sz w:val="26"/>
        </w:rPr>
        <w:t>Subjekt údajů</w:t>
      </w:r>
    </w:p>
    <w:p w14:paraId="028CF9D7" w14:textId="77777777" w:rsidR="009D5394" w:rsidRDefault="00006D6F">
      <w:pPr>
        <w:spacing w:after="120"/>
      </w:pPr>
      <w:r>
        <w:rPr>
          <w:b/>
        </w:rPr>
        <w:t xml:space="preserve">Jméno a příjmení žáka/žákyně:  </w:t>
      </w:r>
      <w:r>
        <w:rPr>
          <w:color w:val="525B68"/>
        </w:rPr>
        <w:t>____________________________________________________________</w:t>
      </w:r>
    </w:p>
    <w:p w14:paraId="75596B98" w14:textId="77777777" w:rsidR="009D5394" w:rsidRDefault="00006D6F">
      <w:pPr>
        <w:spacing w:after="120"/>
      </w:pPr>
      <w:r>
        <w:rPr>
          <w:b/>
        </w:rPr>
        <w:t xml:space="preserve">Třída a školní rok:  </w:t>
      </w:r>
      <w:r>
        <w:rPr>
          <w:color w:val="525B68"/>
        </w:rPr>
        <w:t>____________________________________________________________</w:t>
      </w:r>
    </w:p>
    <w:p w14:paraId="028192CC" w14:textId="77777777" w:rsidR="009D5394" w:rsidRDefault="00006D6F">
      <w:pPr>
        <w:spacing w:after="120"/>
      </w:pPr>
      <w:r>
        <w:rPr>
          <w:b/>
        </w:rPr>
        <w:t xml:space="preserve">Jméno a příjmení zákonného zástupce:  </w:t>
      </w:r>
      <w:r>
        <w:rPr>
          <w:color w:val="525B68"/>
        </w:rPr>
        <w:t>____________________________________________________________</w:t>
      </w:r>
    </w:p>
    <w:p w14:paraId="3FE947CB" w14:textId="77777777" w:rsidR="009D5394" w:rsidRDefault="00006D6F">
      <w:pPr>
        <w:spacing w:before="280" w:after="100"/>
      </w:pPr>
      <w:r>
        <w:rPr>
          <w:b/>
          <w:color w:val="04A8B0"/>
          <w:sz w:val="26"/>
        </w:rPr>
        <w:t xml:space="preserve">2 · </w:t>
      </w:r>
      <w:r>
        <w:rPr>
          <w:b/>
          <w:color w:val="0A1628"/>
          <w:sz w:val="26"/>
        </w:rPr>
        <w:t>Správce údajů</w:t>
      </w:r>
    </w:p>
    <w:p w14:paraId="73740C9D" w14:textId="77777777" w:rsidR="009D5394" w:rsidRDefault="00006D6F">
      <w:pPr>
        <w:spacing w:after="120"/>
      </w:pPr>
      <w:r>
        <w:rPr>
          <w:color w:val="0E1318"/>
        </w:rPr>
        <w:t>Zpracování provádí škola uvedená na dokumentu. Canva, Microsoft a Google vystupují jako zpracovatelé na základě smluv dle čl. 28 GDPR.</w:t>
      </w:r>
    </w:p>
    <w:p w14:paraId="4614DA05" w14:textId="77777777" w:rsidR="009D5394" w:rsidRDefault="00006D6F">
      <w:pPr>
        <w:spacing w:before="280" w:after="100"/>
      </w:pPr>
      <w:r>
        <w:rPr>
          <w:b/>
          <w:color w:val="04A8B0"/>
          <w:sz w:val="26"/>
        </w:rPr>
        <w:t xml:space="preserve">3 · </w:t>
      </w:r>
      <w:r>
        <w:rPr>
          <w:b/>
          <w:color w:val="0A1628"/>
          <w:sz w:val="26"/>
        </w:rPr>
        <w:t>Účel zpracování</w:t>
      </w:r>
    </w:p>
    <w:p w14:paraId="28FCDCBE" w14:textId="77777777" w:rsidR="009D5394" w:rsidRDefault="00006D6F">
      <w:pPr>
        <w:spacing w:after="60"/>
      </w:pPr>
      <w:r>
        <w:rPr>
          <w:color w:val="0E1318"/>
        </w:rPr>
        <w:t>E-portfolio slouží k:</w:t>
      </w:r>
    </w:p>
    <w:p w14:paraId="07AD2038" w14:textId="77777777" w:rsidR="009D5394" w:rsidRDefault="00006D6F">
      <w:pPr>
        <w:pStyle w:val="Seznamsodrkami"/>
        <w:spacing w:after="60"/>
      </w:pPr>
      <w:r>
        <w:rPr>
          <w:color w:val="0E1318"/>
        </w:rPr>
        <w:t>průběžnému dokumentování školní práce a pokroku žáka</w:t>
      </w:r>
    </w:p>
    <w:p w14:paraId="17B9CADB" w14:textId="77777777" w:rsidR="009D5394" w:rsidRDefault="00006D6F">
      <w:pPr>
        <w:pStyle w:val="Seznamsodrkami"/>
        <w:spacing w:after="60"/>
      </w:pPr>
      <w:r>
        <w:rPr>
          <w:color w:val="0E1318"/>
        </w:rPr>
        <w:t>sebehodnocení žáka a hodnocení podle kritérií</w:t>
      </w:r>
    </w:p>
    <w:p w14:paraId="4DA7E41D" w14:textId="77777777" w:rsidR="009D5394" w:rsidRDefault="00006D6F">
      <w:pPr>
        <w:pStyle w:val="Seznamsodrkami"/>
        <w:spacing w:after="60"/>
      </w:pPr>
      <w:r>
        <w:rPr>
          <w:color w:val="0E1318"/>
        </w:rPr>
        <w:t xml:space="preserve">tripartitním konzultacím </w:t>
      </w:r>
      <w:r>
        <w:rPr>
          <w:color w:val="0E1318"/>
        </w:rPr>
        <w:t>(žák—rodič—učitel)</w:t>
      </w:r>
    </w:p>
    <w:p w14:paraId="3CE6FAFC" w14:textId="77777777" w:rsidR="009D5394" w:rsidRDefault="00006D6F">
      <w:pPr>
        <w:pStyle w:val="Seznamsodrkami"/>
        <w:spacing w:after="60"/>
      </w:pPr>
      <w:r>
        <w:rPr>
          <w:color w:val="0E1318"/>
        </w:rPr>
        <w:t>přípravě na přijímací řízení na střední školu</w:t>
      </w:r>
    </w:p>
    <w:p w14:paraId="04377635" w14:textId="77777777" w:rsidR="009D5394" w:rsidRDefault="00006D6F">
      <w:pPr>
        <w:spacing w:before="280" w:after="100"/>
      </w:pPr>
      <w:r>
        <w:rPr>
          <w:b/>
          <w:color w:val="04A8B0"/>
          <w:sz w:val="26"/>
        </w:rPr>
        <w:t xml:space="preserve">4 · </w:t>
      </w:r>
      <w:r>
        <w:rPr>
          <w:b/>
          <w:color w:val="0A1628"/>
          <w:sz w:val="26"/>
        </w:rPr>
        <w:t>Rozsah zpracovávaných údajů</w:t>
      </w:r>
    </w:p>
    <w:p w14:paraId="5EBE8EDE" w14:textId="77777777" w:rsidR="009D5394" w:rsidRDefault="00006D6F">
      <w:pPr>
        <w:pStyle w:val="Seznamsodrkami"/>
        <w:spacing w:after="60"/>
      </w:pPr>
      <w:r>
        <w:rPr>
          <w:color w:val="0E1318"/>
        </w:rPr>
        <w:t>jméno, příjmení, třída a školní rok</w:t>
      </w:r>
    </w:p>
    <w:p w14:paraId="4F7BBCA7" w14:textId="77777777" w:rsidR="009D5394" w:rsidRDefault="00006D6F">
      <w:pPr>
        <w:pStyle w:val="Seznamsodrkami"/>
        <w:spacing w:after="60"/>
      </w:pPr>
      <w:r>
        <w:rPr>
          <w:color w:val="0E1318"/>
        </w:rPr>
        <w:t>školní práce (texty, obrázky, audio, video)</w:t>
      </w:r>
    </w:p>
    <w:p w14:paraId="590142FC" w14:textId="77777777" w:rsidR="009D5394" w:rsidRDefault="00006D6F">
      <w:pPr>
        <w:pStyle w:val="Seznamsodrkami"/>
        <w:spacing w:after="60"/>
      </w:pPr>
      <w:r>
        <w:rPr>
          <w:color w:val="0E1318"/>
        </w:rPr>
        <w:t>fotografie žáka pořízené v rámci výuky</w:t>
      </w:r>
    </w:p>
    <w:p w14:paraId="2073A21A" w14:textId="779BB72C" w:rsidR="00006D6F" w:rsidRDefault="00006D6F">
      <w:pPr>
        <w:pStyle w:val="Seznamsodrkami"/>
        <w:spacing w:after="60"/>
        <w:rPr>
          <w:color w:val="0E1318"/>
        </w:rPr>
      </w:pPr>
      <w:r>
        <w:rPr>
          <w:color w:val="0E1318"/>
        </w:rPr>
        <w:t>sebehodnocení a reflexe žáka</w:t>
      </w:r>
    </w:p>
    <w:p w14:paraId="2BCF1549" w14:textId="77777777" w:rsidR="00006D6F" w:rsidRDefault="00006D6F">
      <w:pPr>
        <w:rPr>
          <w:color w:val="0E1318"/>
        </w:rPr>
      </w:pPr>
      <w:r>
        <w:rPr>
          <w:color w:val="0E1318"/>
        </w:rPr>
        <w:br w:type="page"/>
      </w:r>
    </w:p>
    <w:p w14:paraId="0F1E9025" w14:textId="77777777" w:rsidR="009D5394" w:rsidRDefault="00006D6F">
      <w:pPr>
        <w:spacing w:before="280" w:after="100"/>
      </w:pPr>
      <w:r>
        <w:rPr>
          <w:b/>
          <w:color w:val="04A8B0"/>
          <w:sz w:val="26"/>
        </w:rPr>
        <w:lastRenderedPageBreak/>
        <w:t xml:space="preserve">5 · </w:t>
      </w:r>
      <w:r>
        <w:rPr>
          <w:b/>
          <w:color w:val="0A1628"/>
          <w:sz w:val="26"/>
        </w:rPr>
        <w:t>Příjemci a zpracovatelé</w:t>
      </w:r>
    </w:p>
    <w:p w14:paraId="228CA6F9" w14:textId="77777777" w:rsidR="009D5394" w:rsidRDefault="00006D6F">
      <w:pPr>
        <w:pStyle w:val="Seznamsodrkami"/>
        <w:spacing w:after="60"/>
      </w:pPr>
      <w:r>
        <w:rPr>
          <w:color w:val="0E1318"/>
        </w:rPr>
        <w:t>třídní učitel a aprobovaní učitelé žáka</w:t>
      </w:r>
    </w:p>
    <w:p w14:paraId="08EE5588" w14:textId="77777777" w:rsidR="009D5394" w:rsidRDefault="00006D6F">
      <w:pPr>
        <w:pStyle w:val="Seznamsodrkami"/>
        <w:spacing w:after="60"/>
      </w:pPr>
      <w:r>
        <w:rPr>
          <w:color w:val="0E1318"/>
        </w:rPr>
        <w:t>vedení školy</w:t>
      </w:r>
    </w:p>
    <w:p w14:paraId="3A54094A" w14:textId="77777777" w:rsidR="009D5394" w:rsidRDefault="00006D6F">
      <w:pPr>
        <w:pStyle w:val="Seznamsodrkami"/>
        <w:spacing w:after="60"/>
      </w:pPr>
      <w:r>
        <w:rPr>
          <w:color w:val="0E1318"/>
        </w:rPr>
        <w:t>zákonní zástupci žáka</w:t>
      </w:r>
    </w:p>
    <w:p w14:paraId="44F52F47" w14:textId="77777777" w:rsidR="009D5394" w:rsidRDefault="00006D6F">
      <w:pPr>
        <w:pStyle w:val="Seznamsodrkami"/>
        <w:spacing w:after="60"/>
      </w:pPr>
      <w:r>
        <w:rPr>
          <w:color w:val="0E1318"/>
        </w:rPr>
        <w:t>zpracovatelé: Microsoft (OneDrive/365), Google (Workspace), Canva Education — dle smluv o zpracování</w:t>
      </w:r>
    </w:p>
    <w:p w14:paraId="0D239701" w14:textId="77777777" w:rsidR="009D5394" w:rsidRDefault="00006D6F">
      <w:pPr>
        <w:spacing w:before="280" w:after="100"/>
      </w:pPr>
      <w:r>
        <w:rPr>
          <w:b/>
          <w:color w:val="04A8B0"/>
          <w:sz w:val="26"/>
        </w:rPr>
        <w:t xml:space="preserve">6 · </w:t>
      </w:r>
      <w:r>
        <w:rPr>
          <w:b/>
          <w:color w:val="0A1628"/>
          <w:sz w:val="26"/>
        </w:rPr>
        <w:t>Doba uchování</w:t>
      </w:r>
    </w:p>
    <w:p w14:paraId="2964BD88" w14:textId="77777777" w:rsidR="009D5394" w:rsidRDefault="00006D6F">
      <w:pPr>
        <w:spacing w:after="120"/>
      </w:pPr>
      <w:r>
        <w:rPr>
          <w:color w:val="0E1318"/>
        </w:rPr>
        <w:t>Po dobu školní docházky + 1 školní rok po jejím ukončení. Po uplynutí lhůty je portfolio předáno žákovi (export PDF/ZIP) a kopie ze školního úložiště smazána.</w:t>
      </w:r>
    </w:p>
    <w:p w14:paraId="18C7DEC7" w14:textId="77777777" w:rsidR="009D5394" w:rsidRDefault="00006D6F">
      <w:pPr>
        <w:spacing w:before="280" w:after="100"/>
      </w:pPr>
      <w:r>
        <w:rPr>
          <w:b/>
          <w:color w:val="04A8B0"/>
          <w:sz w:val="26"/>
        </w:rPr>
        <w:t xml:space="preserve">7 · </w:t>
      </w:r>
      <w:r>
        <w:rPr>
          <w:b/>
          <w:color w:val="0A1628"/>
          <w:sz w:val="26"/>
        </w:rPr>
        <w:t>Práva subjektu údajů</w:t>
      </w:r>
    </w:p>
    <w:p w14:paraId="46BA4000" w14:textId="77777777" w:rsidR="009D5394" w:rsidRDefault="00006D6F">
      <w:pPr>
        <w:spacing w:after="120"/>
      </w:pPr>
      <w:r>
        <w:rPr>
          <w:color w:val="0E1318"/>
        </w:rPr>
        <w:t>Zákonný zástupce má právo na přístup, opravu, výmaz, omezení zpracování, přenositelnost údajů a právo souhlas kdykoli odvolat (písemně řediteli školy). Odvolání nemá zpětný účinek. Stížnost lze podat u Úřadu pro ochranu osobních údajů (uoou.cz).</w:t>
      </w:r>
    </w:p>
    <w:p w14:paraId="72361351" w14:textId="77777777" w:rsidR="009D5394" w:rsidRDefault="00006D6F">
      <w:pPr>
        <w:spacing w:before="280" w:after="100"/>
      </w:pPr>
      <w:r>
        <w:rPr>
          <w:b/>
          <w:color w:val="04A8B0"/>
          <w:sz w:val="26"/>
        </w:rPr>
        <w:t xml:space="preserve">8 · </w:t>
      </w:r>
      <w:r>
        <w:rPr>
          <w:b/>
          <w:color w:val="0A1628"/>
          <w:sz w:val="26"/>
        </w:rPr>
        <w:t>Zveřejnění (volitelná část)</w:t>
      </w:r>
    </w:p>
    <w:p w14:paraId="1F900A08" w14:textId="77777777" w:rsidR="009D5394" w:rsidRDefault="00006D6F">
      <w:pPr>
        <w:spacing w:after="80"/>
      </w:pPr>
      <w:r>
        <w:rPr>
          <w:i/>
          <w:color w:val="525B68"/>
          <w:sz w:val="20"/>
        </w:rPr>
        <w:t>Zaškrtněte, se kterými formami zveřejnění souhlasíte:</w:t>
      </w:r>
    </w:p>
    <w:p w14:paraId="73DD9544" w14:textId="77777777" w:rsidR="009D5394" w:rsidRDefault="00006D6F">
      <w:pPr>
        <w:spacing w:after="80"/>
      </w:pPr>
      <w:r>
        <w:rPr>
          <w:color w:val="0E1318"/>
        </w:rPr>
        <w:t>☐</w:t>
      </w:r>
      <w:r>
        <w:rPr>
          <w:color w:val="0E1318"/>
        </w:rPr>
        <w:t xml:space="preserve">  Souhlasím se zveřejněním vybraných prací na webu školy / v Canva Website portfoliu.</w:t>
      </w:r>
    </w:p>
    <w:p w14:paraId="16B45308" w14:textId="77777777" w:rsidR="009D5394" w:rsidRDefault="00006D6F">
      <w:pPr>
        <w:spacing w:after="80"/>
      </w:pPr>
      <w:r>
        <w:rPr>
          <w:color w:val="0E1318"/>
        </w:rPr>
        <w:t>☐</w:t>
      </w:r>
      <w:r>
        <w:rPr>
          <w:color w:val="0E1318"/>
        </w:rPr>
        <w:t xml:space="preserve">  Souhlasím s použitím fotografií v propagačních materiálech školy.</w:t>
      </w:r>
    </w:p>
    <w:p w14:paraId="1EE2212A" w14:textId="77777777" w:rsidR="009D5394" w:rsidRDefault="00006D6F">
      <w:pPr>
        <w:spacing w:after="80"/>
      </w:pPr>
      <w:r>
        <w:rPr>
          <w:color w:val="0E1318"/>
        </w:rPr>
        <w:t>☐</w:t>
      </w:r>
      <w:r>
        <w:rPr>
          <w:color w:val="0E1318"/>
        </w:rPr>
        <w:t xml:space="preserve">  Nesouhlasím se žádným zveřejněním nad rámec interního prostředí třídy.</w:t>
      </w:r>
    </w:p>
    <w:p w14:paraId="641F1821" w14:textId="77777777" w:rsidR="009D5394" w:rsidRDefault="00006D6F">
      <w:pPr>
        <w:spacing w:before="280" w:after="100"/>
      </w:pPr>
      <w:r>
        <w:rPr>
          <w:b/>
          <w:color w:val="04A8B0"/>
          <w:sz w:val="26"/>
        </w:rPr>
        <w:t xml:space="preserve">9 · </w:t>
      </w:r>
      <w:r>
        <w:rPr>
          <w:b/>
          <w:color w:val="0A1628"/>
          <w:sz w:val="26"/>
        </w:rPr>
        <w:t>Podpis</w:t>
      </w:r>
    </w:p>
    <w:p w14:paraId="17ED9BF5" w14:textId="77777777" w:rsidR="009D5394" w:rsidRDefault="00006D6F">
      <w:pPr>
        <w:spacing w:after="320"/>
      </w:pPr>
      <w:r>
        <w:rPr>
          <w:color w:val="0E1318"/>
        </w:rPr>
        <w:t xml:space="preserve">V _____________ dne _____________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73"/>
        <w:gridCol w:w="4873"/>
      </w:tblGrid>
      <w:tr w:rsidR="009D5394" w14:paraId="1A875009" w14:textId="77777777">
        <w:tc>
          <w:tcPr>
            <w:tcW w:w="4873" w:type="dxa"/>
          </w:tcPr>
          <w:p w14:paraId="1184C40C" w14:textId="77777777" w:rsidR="009D5394" w:rsidRDefault="00006D6F">
            <w:r>
              <w:t>________________________________</w:t>
            </w:r>
          </w:p>
        </w:tc>
        <w:tc>
          <w:tcPr>
            <w:tcW w:w="4873" w:type="dxa"/>
          </w:tcPr>
          <w:p w14:paraId="2D61C31F" w14:textId="77777777" w:rsidR="009D5394" w:rsidRDefault="00006D6F">
            <w:r>
              <w:t>________________________________</w:t>
            </w:r>
          </w:p>
        </w:tc>
      </w:tr>
      <w:tr w:rsidR="009D5394" w14:paraId="3A5ED9AF" w14:textId="77777777">
        <w:tc>
          <w:tcPr>
            <w:tcW w:w="4873" w:type="dxa"/>
          </w:tcPr>
          <w:p w14:paraId="54161F97" w14:textId="77777777" w:rsidR="009D5394" w:rsidRDefault="00006D6F">
            <w:r>
              <w:rPr>
                <w:color w:val="525B68"/>
                <w:sz w:val="18"/>
              </w:rPr>
              <w:t>Podpis zákonného zástupce</w:t>
            </w:r>
          </w:p>
        </w:tc>
        <w:tc>
          <w:tcPr>
            <w:tcW w:w="4873" w:type="dxa"/>
          </w:tcPr>
          <w:p w14:paraId="6FC6D824" w14:textId="77777777" w:rsidR="009D5394" w:rsidRDefault="00006D6F">
            <w:r>
              <w:rPr>
                <w:color w:val="525B68"/>
                <w:sz w:val="18"/>
              </w:rPr>
              <w:t>Razítko a podpis školy</w:t>
            </w:r>
          </w:p>
        </w:tc>
      </w:tr>
    </w:tbl>
    <w:p w14:paraId="63D1EB1C" w14:textId="77777777" w:rsidR="009D5394" w:rsidRDefault="009D5394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73"/>
        <w:gridCol w:w="4873"/>
      </w:tblGrid>
      <w:tr w:rsidR="009D5394" w14:paraId="44F2DCF8" w14:textId="77777777">
        <w:tc>
          <w:tcPr>
            <w:tcW w:w="4873" w:type="dxa"/>
            <w:shd w:val="clear" w:color="auto" w:fill="00C4CC"/>
          </w:tcPr>
          <w:p w14:paraId="07357787" w14:textId="77777777" w:rsidR="009D5394" w:rsidRDefault="00006D6F">
            <w:r>
              <w:rPr>
                <w:sz w:val="4"/>
              </w:rPr>
              <w:t> </w:t>
            </w:r>
          </w:p>
        </w:tc>
        <w:tc>
          <w:tcPr>
            <w:tcW w:w="4873" w:type="dxa"/>
            <w:shd w:val="clear" w:color="auto" w:fill="7D2AE8"/>
          </w:tcPr>
          <w:p w14:paraId="29372E2A" w14:textId="77777777" w:rsidR="009D5394" w:rsidRDefault="00006D6F">
            <w:r>
              <w:rPr>
                <w:sz w:val="4"/>
              </w:rPr>
              <w:t> </w:t>
            </w:r>
          </w:p>
        </w:tc>
      </w:tr>
    </w:tbl>
    <w:p w14:paraId="3413FC86" w14:textId="77777777" w:rsidR="009D5394" w:rsidRDefault="009D5394"/>
    <w:p w14:paraId="7DCB5FC4" w14:textId="1784990F" w:rsidR="009D5394" w:rsidRDefault="00006D6F">
      <w:pPr>
        <w:spacing w:after="80"/>
        <w:jc w:val="center"/>
      </w:pPr>
      <w:r>
        <w:rPr>
          <w:color w:val="7E8794"/>
          <w:sz w:val="18"/>
        </w:rPr>
        <w:t>Mgr. Patrik Vaněk · canvaveskole.com · 2026</w:t>
      </w:r>
      <w:r>
        <w:rPr>
          <w:color w:val="7E8794"/>
          <w:sz w:val="18"/>
        </w:rPr>
        <w:t>5</w:t>
      </w:r>
    </w:p>
    <w:sectPr w:rsidR="009D5394" w:rsidSect="00034616">
      <w:pgSz w:w="12240" w:h="15840"/>
      <w:pgMar w:top="1247" w:right="1247" w:bottom="141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78194060">
    <w:abstractNumId w:val="8"/>
  </w:num>
  <w:num w:numId="2" w16cid:durableId="504054892">
    <w:abstractNumId w:val="6"/>
  </w:num>
  <w:num w:numId="3" w16cid:durableId="1895386956">
    <w:abstractNumId w:val="5"/>
  </w:num>
  <w:num w:numId="4" w16cid:durableId="2078746733">
    <w:abstractNumId w:val="4"/>
  </w:num>
  <w:num w:numId="5" w16cid:durableId="397019471">
    <w:abstractNumId w:val="7"/>
  </w:num>
  <w:num w:numId="6" w16cid:durableId="1188985918">
    <w:abstractNumId w:val="3"/>
  </w:num>
  <w:num w:numId="7" w16cid:durableId="1946958549">
    <w:abstractNumId w:val="2"/>
  </w:num>
  <w:num w:numId="8" w16cid:durableId="193811765">
    <w:abstractNumId w:val="1"/>
  </w:num>
  <w:num w:numId="9" w16cid:durableId="1024751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6D6F"/>
    <w:rsid w:val="00034616"/>
    <w:rsid w:val="0006063C"/>
    <w:rsid w:val="0015074B"/>
    <w:rsid w:val="0029639D"/>
    <w:rsid w:val="00326F90"/>
    <w:rsid w:val="009D5394"/>
    <w:rsid w:val="00AA1D8D"/>
    <w:rsid w:val="00B47730"/>
    <w:rsid w:val="00C0524F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148FC1"/>
  <w14:defaultImageDpi w14:val="300"/>
  <w15:docId w15:val="{AAED959E-F036-4675-AA17-A0966D973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rPr>
      <w:rFonts w:ascii="Calibri" w:hAnsi="Calibri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339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Vaněk Patrik</cp:lastModifiedBy>
  <cp:revision>2</cp:revision>
  <dcterms:created xsi:type="dcterms:W3CDTF">2013-12-23T23:15:00Z</dcterms:created>
  <dcterms:modified xsi:type="dcterms:W3CDTF">2026-05-25T07:11:00Z</dcterms:modified>
  <cp:category/>
</cp:coreProperties>
</file>