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1C4514" w14:paraId="437E61E5" w14:textId="77777777">
        <w:tc>
          <w:tcPr>
            <w:tcW w:w="4873" w:type="dxa"/>
            <w:vAlign w:val="center"/>
          </w:tcPr>
          <w:p w14:paraId="748BDE59" w14:textId="77777777" w:rsidR="001C4514" w:rsidRDefault="005D618C">
            <w:r>
              <w:rPr>
                <w:b/>
                <w:color w:val="0A1628"/>
                <w:sz w:val="18"/>
              </w:rPr>
              <w:t>CANVA·VE ŠKOLE</w:t>
            </w:r>
          </w:p>
        </w:tc>
        <w:tc>
          <w:tcPr>
            <w:tcW w:w="4873" w:type="dxa"/>
            <w:shd w:val="clear" w:color="auto" w:fill="00C4CC"/>
            <w:vAlign w:val="center"/>
          </w:tcPr>
          <w:p w14:paraId="34DDFEA2" w14:textId="77777777" w:rsidR="001C4514" w:rsidRDefault="005D618C">
            <w:pPr>
              <w:jc w:val="right"/>
            </w:pPr>
            <w:r>
              <w:rPr>
                <w:b/>
                <w:color w:val="FFFFFF"/>
                <w:sz w:val="16"/>
              </w:rPr>
              <w:t xml:space="preserve">  E-portfolio · materiály k webináři  </w:t>
            </w:r>
          </w:p>
        </w:tc>
      </w:tr>
    </w:tbl>
    <w:p w14:paraId="627E6E3F" w14:textId="77777777" w:rsidR="001C4514" w:rsidRDefault="001C4514"/>
    <w:p w14:paraId="275861D9" w14:textId="77777777" w:rsidR="001C4514" w:rsidRDefault="005D618C">
      <w:pPr>
        <w:spacing w:after="40"/>
      </w:pPr>
      <w:r>
        <w:rPr>
          <w:b/>
          <w:color w:val="04A8B0"/>
          <w:sz w:val="18"/>
        </w:rPr>
        <w:t>PEDAGOGICKÉ PORTFOLIO</w:t>
      </w:r>
    </w:p>
    <w:p w14:paraId="04AE7816" w14:textId="77777777" w:rsidR="001C4514" w:rsidRDefault="005D618C">
      <w:pPr>
        <w:spacing w:after="80"/>
      </w:pPr>
      <w:r>
        <w:rPr>
          <w:b/>
          <w:color w:val="0A1628"/>
          <w:sz w:val="52"/>
        </w:rPr>
        <w:t>Šablona pro učitele</w:t>
      </w:r>
    </w:p>
    <w:p w14:paraId="34418496" w14:textId="77777777" w:rsidR="001C4514" w:rsidRDefault="005D618C">
      <w:pPr>
        <w:spacing w:after="160"/>
      </w:pPr>
      <w:r>
        <w:rPr>
          <w:i/>
          <w:color w:val="525B68"/>
          <w:sz w:val="24"/>
        </w:rPr>
        <w:t>Kdo jsem jako pedagog — kam jdu — co mám za sebou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1C4514" w14:paraId="5293FDD9" w14:textId="77777777">
        <w:tc>
          <w:tcPr>
            <w:tcW w:w="4873" w:type="dxa"/>
            <w:shd w:val="clear" w:color="auto" w:fill="00C4CC"/>
          </w:tcPr>
          <w:p w14:paraId="508848DB" w14:textId="77777777" w:rsidR="001C4514" w:rsidRDefault="005D618C">
            <w:r>
              <w:rPr>
                <w:sz w:val="4"/>
              </w:rPr>
              <w:t> </w:t>
            </w:r>
          </w:p>
        </w:tc>
        <w:tc>
          <w:tcPr>
            <w:tcW w:w="4873" w:type="dxa"/>
            <w:shd w:val="clear" w:color="auto" w:fill="7D2AE8"/>
          </w:tcPr>
          <w:p w14:paraId="175FD5A6" w14:textId="77777777" w:rsidR="001C4514" w:rsidRDefault="005D618C">
            <w:r>
              <w:rPr>
                <w:sz w:val="4"/>
              </w:rPr>
              <w:t> </w:t>
            </w:r>
          </w:p>
        </w:tc>
      </w:tr>
    </w:tbl>
    <w:p w14:paraId="127E3EAF" w14:textId="77777777" w:rsidR="001C4514" w:rsidRDefault="001C4514"/>
    <w:p w14:paraId="103772AE" w14:textId="77777777" w:rsidR="001C4514" w:rsidRDefault="005D618C">
      <w:r>
        <w:rPr>
          <w:i/>
          <w:color w:val="525B68"/>
        </w:rPr>
        <w:t xml:space="preserve">Portfolio učitele je zrcadlo jeho pedagogické cesty. KCV Plzeň Desatero výslovně říká: „mít své </w:t>
      </w:r>
      <w:r>
        <w:rPr>
          <w:i/>
          <w:color w:val="525B68"/>
        </w:rPr>
        <w:t>pedagogické portfolio je také skvělá věc“. Jak jinak modelovat portfoliové myšlení pro žáky, než tím, že sám/sama portfolio vedeme?</w:t>
      </w:r>
    </w:p>
    <w:p w14:paraId="3A372C0B" w14:textId="77777777" w:rsidR="001C4514" w:rsidRDefault="005D618C">
      <w:pPr>
        <w:spacing w:before="360" w:after="120"/>
      </w:pPr>
      <w:r>
        <w:rPr>
          <w:b/>
          <w:color w:val="0A1628"/>
          <w:sz w:val="36"/>
        </w:rPr>
        <w:t>1 · Kdo jsem jako pedagog</w:t>
      </w:r>
    </w:p>
    <w:p w14:paraId="71A169A0" w14:textId="77777777" w:rsidR="001C4514" w:rsidRDefault="005D618C">
      <w:pPr>
        <w:spacing w:after="120"/>
      </w:pPr>
      <w:r>
        <w:rPr>
          <w:b/>
        </w:rPr>
        <w:t xml:space="preserve">Jméno:  </w:t>
      </w:r>
      <w:r>
        <w:rPr>
          <w:color w:val="525B68"/>
        </w:rPr>
        <w:t>__________________________________________________</w:t>
      </w:r>
    </w:p>
    <w:p w14:paraId="585E11D7" w14:textId="77777777" w:rsidR="001C4514" w:rsidRDefault="005D618C">
      <w:pPr>
        <w:spacing w:after="120"/>
      </w:pPr>
      <w:r>
        <w:rPr>
          <w:b/>
        </w:rPr>
        <w:t xml:space="preserve">Aprobace / předměty:  </w:t>
      </w:r>
      <w:r>
        <w:rPr>
          <w:color w:val="525B68"/>
        </w:rPr>
        <w:t>__________________________________________________</w:t>
      </w:r>
    </w:p>
    <w:p w14:paraId="2BDF428B" w14:textId="77777777" w:rsidR="001C4514" w:rsidRDefault="005D618C">
      <w:pPr>
        <w:spacing w:after="120"/>
      </w:pPr>
      <w:r>
        <w:rPr>
          <w:b/>
        </w:rPr>
        <w:t xml:space="preserve">Škola:  </w:t>
      </w:r>
      <w:r>
        <w:rPr>
          <w:color w:val="525B68"/>
        </w:rPr>
        <w:t>__________________________________________________</w:t>
      </w:r>
    </w:p>
    <w:p w14:paraId="2F089561" w14:textId="77777777" w:rsidR="001C4514" w:rsidRDefault="005D618C">
      <w:pPr>
        <w:spacing w:after="120"/>
      </w:pPr>
      <w:r>
        <w:rPr>
          <w:b/>
        </w:rPr>
        <w:t xml:space="preserve">Počet let praxe:  </w:t>
      </w:r>
      <w:r>
        <w:rPr>
          <w:color w:val="525B68"/>
        </w:rPr>
        <w:t>__________________________________________________</w:t>
      </w:r>
    </w:p>
    <w:p w14:paraId="77577DA1" w14:textId="77777777" w:rsidR="001C4514" w:rsidRDefault="005D618C">
      <w:pPr>
        <w:spacing w:after="120"/>
      </w:pPr>
      <w:r>
        <w:rPr>
          <w:b/>
        </w:rPr>
        <w:t xml:space="preserve">Ročník tohoto portfolia:  </w:t>
      </w:r>
      <w:r>
        <w:rPr>
          <w:color w:val="525B68"/>
        </w:rPr>
        <w:t>__________________________________________________</w:t>
      </w:r>
    </w:p>
    <w:p w14:paraId="727B900F" w14:textId="77777777" w:rsidR="001C4514" w:rsidRDefault="005D618C">
      <w:pPr>
        <w:spacing w:before="160" w:after="60"/>
      </w:pPr>
      <w:r>
        <w:rPr>
          <w:b/>
          <w:color w:val="04A8B0"/>
        </w:rPr>
        <w:t>Moje pedagogické motto:</w:t>
      </w:r>
    </w:p>
    <w:p w14:paraId="095271FC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3AEB7EA1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7765B529" w14:textId="77777777" w:rsidR="001C4514" w:rsidRDefault="005D618C">
      <w:pPr>
        <w:spacing w:before="360" w:after="120"/>
      </w:pPr>
      <w:r>
        <w:rPr>
          <w:b/>
          <w:color w:val="0A1628"/>
          <w:sz w:val="36"/>
        </w:rPr>
        <w:t>2 · Moje silné stránky a kompetence</w:t>
      </w:r>
    </w:p>
    <w:p w14:paraId="13E3DB76" w14:textId="77777777" w:rsidR="001C4514" w:rsidRDefault="005D618C">
      <w:pPr>
        <w:spacing w:after="120"/>
      </w:pPr>
      <w:r>
        <w:rPr>
          <w:b/>
          <w:color w:val="7D2AE8"/>
        </w:rPr>
        <w:t>Rovnice portfoliového myšlení: ČINNOST → KOMPETENCE → DŮKAZ</w:t>
      </w:r>
    </w:p>
    <w:p w14:paraId="2766F132" w14:textId="77777777" w:rsidR="001C4514" w:rsidRDefault="005D618C">
      <w:pPr>
        <w:spacing w:after="120"/>
      </w:pPr>
      <w:r>
        <w:rPr>
          <w:i/>
          <w:color w:val="525B68"/>
        </w:rPr>
        <w:t>Vyber 3 oblasti, ve kterých jsi jako pedagog silný/á, a uveď konkrétní důkaz:</w:t>
      </w:r>
    </w:p>
    <w:p w14:paraId="333FCEE6" w14:textId="77777777" w:rsidR="001C4514" w:rsidRDefault="005D618C">
      <w:pPr>
        <w:spacing w:before="160" w:after="40"/>
      </w:pPr>
      <w:r>
        <w:rPr>
          <w:b/>
          <w:color w:val="0A1628"/>
        </w:rPr>
        <w:t>Oblast 1:</w:t>
      </w:r>
    </w:p>
    <w:p w14:paraId="31F12F30" w14:textId="77777777" w:rsidR="001C4514" w:rsidRDefault="005D618C">
      <w:pPr>
        <w:spacing w:after="60"/>
      </w:pPr>
      <w:r>
        <w:rPr>
          <w:color w:val="525B68"/>
        </w:rPr>
        <w:t>______________________________________________________________________</w:t>
      </w:r>
    </w:p>
    <w:p w14:paraId="0CAC11EB" w14:textId="77777777" w:rsidR="001C4514" w:rsidRDefault="005D618C">
      <w:pPr>
        <w:spacing w:after="40"/>
      </w:pPr>
      <w:r>
        <w:rPr>
          <w:b/>
          <w:color w:val="04A8B0"/>
        </w:rPr>
        <w:t>Důkaz:</w:t>
      </w:r>
    </w:p>
    <w:p w14:paraId="403810CE" w14:textId="77777777" w:rsidR="001C4514" w:rsidRDefault="005D618C">
      <w:pPr>
        <w:spacing w:after="120"/>
      </w:pPr>
      <w:r>
        <w:rPr>
          <w:color w:val="525B68"/>
        </w:rPr>
        <w:t>______________________________________________________________________</w:t>
      </w:r>
    </w:p>
    <w:p w14:paraId="41E97DA9" w14:textId="77777777" w:rsidR="001C4514" w:rsidRDefault="005D618C">
      <w:pPr>
        <w:spacing w:before="160" w:after="40"/>
      </w:pPr>
      <w:r>
        <w:rPr>
          <w:b/>
          <w:color w:val="0A1628"/>
        </w:rPr>
        <w:t>Oblast 2:</w:t>
      </w:r>
    </w:p>
    <w:p w14:paraId="35869988" w14:textId="77777777" w:rsidR="001C4514" w:rsidRDefault="005D618C">
      <w:pPr>
        <w:spacing w:after="60"/>
      </w:pPr>
      <w:r>
        <w:rPr>
          <w:color w:val="525B68"/>
        </w:rPr>
        <w:t>______________________________________________________________________</w:t>
      </w:r>
    </w:p>
    <w:p w14:paraId="07BCC7C8" w14:textId="77777777" w:rsidR="001C4514" w:rsidRDefault="005D618C">
      <w:pPr>
        <w:spacing w:after="40"/>
      </w:pPr>
      <w:r>
        <w:rPr>
          <w:b/>
          <w:color w:val="04A8B0"/>
        </w:rPr>
        <w:t>Důkaz:</w:t>
      </w:r>
    </w:p>
    <w:p w14:paraId="7049012B" w14:textId="77777777" w:rsidR="001C4514" w:rsidRDefault="005D618C">
      <w:pPr>
        <w:spacing w:after="120"/>
      </w:pPr>
      <w:r>
        <w:rPr>
          <w:color w:val="525B68"/>
        </w:rPr>
        <w:lastRenderedPageBreak/>
        <w:t>______________________________________________________________________</w:t>
      </w:r>
    </w:p>
    <w:p w14:paraId="3BBED3B2" w14:textId="77777777" w:rsidR="001C4514" w:rsidRDefault="005D618C">
      <w:pPr>
        <w:spacing w:before="160" w:after="40"/>
      </w:pPr>
      <w:r>
        <w:rPr>
          <w:b/>
          <w:color w:val="0A1628"/>
        </w:rPr>
        <w:t>Oblast 3:</w:t>
      </w:r>
    </w:p>
    <w:p w14:paraId="22CC1DEC" w14:textId="77777777" w:rsidR="001C4514" w:rsidRDefault="005D618C">
      <w:pPr>
        <w:spacing w:after="60"/>
      </w:pPr>
      <w:r>
        <w:rPr>
          <w:color w:val="525B68"/>
        </w:rPr>
        <w:t>______________________________________________________________________</w:t>
      </w:r>
    </w:p>
    <w:p w14:paraId="0BA49A70" w14:textId="77777777" w:rsidR="001C4514" w:rsidRDefault="005D618C">
      <w:pPr>
        <w:spacing w:after="40"/>
      </w:pPr>
      <w:r>
        <w:rPr>
          <w:b/>
          <w:color w:val="04A8B0"/>
        </w:rPr>
        <w:t>Důkaz:</w:t>
      </w:r>
    </w:p>
    <w:p w14:paraId="44C57AE7" w14:textId="77777777" w:rsidR="001C4514" w:rsidRDefault="005D618C">
      <w:pPr>
        <w:spacing w:after="120"/>
      </w:pPr>
      <w:r>
        <w:rPr>
          <w:color w:val="525B68"/>
        </w:rPr>
        <w:t>______________________________________________________________________</w:t>
      </w:r>
    </w:p>
    <w:p w14:paraId="6708BCF1" w14:textId="77777777" w:rsidR="001C4514" w:rsidRDefault="005D618C">
      <w:pPr>
        <w:spacing w:before="360" w:after="120"/>
      </w:pPr>
      <w:r>
        <w:rPr>
          <w:b/>
          <w:color w:val="0A1628"/>
          <w:sz w:val="36"/>
        </w:rPr>
        <w:t>3 · Moje vzdělávání a rozvoj</w:t>
      </w:r>
    </w:p>
    <w:p w14:paraId="55455F43" w14:textId="77777777" w:rsidR="001C4514" w:rsidRDefault="005D618C">
      <w:pPr>
        <w:spacing w:before="200" w:after="60"/>
      </w:pPr>
      <w:r>
        <w:rPr>
          <w:b/>
          <w:color w:val="04A8B0"/>
        </w:rPr>
        <w:t>Absolvované kurzy a školení v tomto roce</w:t>
      </w:r>
    </w:p>
    <w:p w14:paraId="616474E4" w14:textId="77777777" w:rsidR="001C4514" w:rsidRDefault="005D618C">
      <w:pPr>
        <w:pStyle w:val="Seznamsodrkami"/>
        <w:spacing w:after="60"/>
      </w:pPr>
      <w:r>
        <w:rPr>
          <w:color w:val="0E1318"/>
        </w:rPr>
        <w:t xml:space="preserve">Název kurzu / akce:  </w:t>
      </w:r>
      <w:r>
        <w:rPr>
          <w:color w:val="0E1318"/>
        </w:rPr>
        <w:t>____________________________________________</w:t>
      </w:r>
    </w:p>
    <w:p w14:paraId="65E529B7" w14:textId="77777777" w:rsidR="001C4514" w:rsidRDefault="005D618C">
      <w:pPr>
        <w:pStyle w:val="Seznamsodrkami"/>
        <w:spacing w:after="60"/>
      </w:pPr>
      <w:r>
        <w:rPr>
          <w:color w:val="0E1318"/>
        </w:rPr>
        <w:t>Organizátor:  ___________________________________________________</w:t>
      </w:r>
    </w:p>
    <w:p w14:paraId="237E37FC" w14:textId="77777777" w:rsidR="001C4514" w:rsidRDefault="005D618C">
      <w:pPr>
        <w:pStyle w:val="Seznamsodrkami"/>
        <w:spacing w:after="60"/>
      </w:pPr>
      <w:r>
        <w:rPr>
          <w:color w:val="0E1318"/>
        </w:rPr>
        <w:t>Co jsem si z toho odnesl/a:  ____________________________________</w:t>
      </w:r>
    </w:p>
    <w:p w14:paraId="3C36849B" w14:textId="77777777" w:rsidR="001C4514" w:rsidRDefault="005D618C">
      <w:pPr>
        <w:spacing w:after="160"/>
      </w:pPr>
      <w:r>
        <w:rPr>
          <w:i/>
          <w:color w:val="7E8794"/>
          <w:sz w:val="18"/>
        </w:rPr>
        <w:t>(opakuj pro každý kurz)</w:t>
      </w:r>
    </w:p>
    <w:p w14:paraId="128A01C8" w14:textId="77777777" w:rsidR="001C4514" w:rsidRDefault="005D618C">
      <w:pPr>
        <w:spacing w:before="200" w:after="60"/>
      </w:pPr>
      <w:r>
        <w:rPr>
          <w:b/>
          <w:color w:val="04A8B0"/>
        </w:rPr>
        <w:t>Samostudium a inspirace</w:t>
      </w:r>
    </w:p>
    <w:p w14:paraId="53731678" w14:textId="77777777" w:rsidR="001C4514" w:rsidRDefault="005D618C">
      <w:pPr>
        <w:spacing w:after="80"/>
      </w:pPr>
      <w:r>
        <w:rPr>
          <w:i/>
          <w:color w:val="525B68"/>
        </w:rPr>
        <w:t>Knihy, podcasty, weby, komunity, které mě v tomto roce ovlivnily:</w:t>
      </w:r>
    </w:p>
    <w:p w14:paraId="0131D802" w14:textId="77777777" w:rsidR="001C4514" w:rsidRDefault="005D618C">
      <w:pPr>
        <w:spacing w:after="100"/>
      </w:pPr>
      <w:r>
        <w:rPr>
          <w:color w:val="525B68"/>
        </w:rPr>
        <w:t>______________________________________________________________________</w:t>
      </w:r>
    </w:p>
    <w:p w14:paraId="7038731B" w14:textId="77777777" w:rsidR="001C4514" w:rsidRDefault="005D618C">
      <w:pPr>
        <w:spacing w:after="100"/>
      </w:pPr>
      <w:r>
        <w:rPr>
          <w:color w:val="525B68"/>
        </w:rPr>
        <w:t>______________________________________________________________________</w:t>
      </w:r>
    </w:p>
    <w:p w14:paraId="40A4BD5C" w14:textId="77777777" w:rsidR="001C4514" w:rsidRDefault="005D618C">
      <w:pPr>
        <w:spacing w:after="100"/>
      </w:pPr>
      <w:r>
        <w:rPr>
          <w:color w:val="525B68"/>
        </w:rPr>
        <w:t>______________________________________________________________________</w:t>
      </w:r>
    </w:p>
    <w:p w14:paraId="0B013CAE" w14:textId="77777777" w:rsidR="001C4514" w:rsidRDefault="005D618C">
      <w:pPr>
        <w:spacing w:before="360" w:after="120"/>
      </w:pPr>
      <w:r>
        <w:rPr>
          <w:b/>
          <w:color w:val="0A1628"/>
          <w:sz w:val="36"/>
        </w:rPr>
        <w:t>4 · Moje výstupy a díla</w:t>
      </w:r>
    </w:p>
    <w:p w14:paraId="498192E9" w14:textId="77777777" w:rsidR="001C4514" w:rsidRDefault="005D618C">
      <w:pPr>
        <w:spacing w:before="200" w:after="60"/>
      </w:pPr>
      <w:r>
        <w:rPr>
          <w:b/>
          <w:color w:val="04A8B0"/>
        </w:rPr>
        <w:t>Materiály, projekty a aktivity pro žáky</w:t>
      </w:r>
    </w:p>
    <w:p w14:paraId="0AEDDB3A" w14:textId="36A640C3" w:rsidR="001C4514" w:rsidRDefault="005D618C">
      <w:pPr>
        <w:pStyle w:val="Seznamsodrkami"/>
        <w:spacing w:after="60"/>
      </w:pPr>
      <w:r>
        <w:rPr>
          <w:color w:val="0E1318"/>
        </w:rPr>
        <w:t>Název:  _______________  Kdy:  _________</w:t>
      </w:r>
      <w:r>
        <w:rPr>
          <w:color w:val="0E1318"/>
        </w:rPr>
        <w:t>___  Výsledek:  ________________</w:t>
      </w:r>
    </w:p>
    <w:p w14:paraId="61FFE6BB" w14:textId="77777777" w:rsidR="001C4514" w:rsidRDefault="005D618C">
      <w:pPr>
        <w:pStyle w:val="Seznamsodrkami"/>
        <w:spacing w:after="60"/>
      </w:pPr>
      <w:r>
        <w:rPr>
          <w:color w:val="0E1318"/>
        </w:rPr>
        <w:t>Název:  _______________  Kdy:  ____________  Výsledek:  ________________</w:t>
      </w:r>
    </w:p>
    <w:p w14:paraId="314389A6" w14:textId="77777777" w:rsidR="001C4514" w:rsidRDefault="005D618C">
      <w:pPr>
        <w:pStyle w:val="Seznamsodrkami"/>
        <w:spacing w:after="60"/>
      </w:pPr>
      <w:r>
        <w:rPr>
          <w:color w:val="0E1318"/>
        </w:rPr>
        <w:t xml:space="preserve">Název:  _______________  Kdy:  </w:t>
      </w:r>
      <w:r>
        <w:rPr>
          <w:color w:val="0E1318"/>
        </w:rPr>
        <w:t>____________  Výsledek:  ________________</w:t>
      </w:r>
    </w:p>
    <w:p w14:paraId="0704667F" w14:textId="77777777" w:rsidR="001C4514" w:rsidRDefault="005D618C">
      <w:pPr>
        <w:spacing w:before="200" w:after="60"/>
      </w:pPr>
      <w:r>
        <w:rPr>
          <w:b/>
          <w:color w:val="04A8B0"/>
        </w:rPr>
        <w:t>Sdílení dobré praxe</w:t>
      </w:r>
    </w:p>
    <w:p w14:paraId="4EDCCAA9" w14:textId="77777777" w:rsidR="001C4514" w:rsidRDefault="005D618C">
      <w:pPr>
        <w:pStyle w:val="Seznamsodrkami"/>
        <w:spacing w:after="60"/>
      </w:pPr>
      <w:r>
        <w:rPr>
          <w:color w:val="0E1318"/>
        </w:rPr>
        <w:t>Kde jsem sdílel/a (konference, webinář, sbor, komunita):  ________________</w:t>
      </w:r>
    </w:p>
    <w:p w14:paraId="07579BE6" w14:textId="0E27BCB3" w:rsidR="005D618C" w:rsidRDefault="005D618C">
      <w:pPr>
        <w:pStyle w:val="Seznamsodrkami"/>
        <w:spacing w:after="60"/>
        <w:rPr>
          <w:color w:val="0E1318"/>
        </w:rPr>
      </w:pPr>
      <w:r>
        <w:rPr>
          <w:color w:val="0E1318"/>
        </w:rPr>
        <w:t>Téma:  ________________________________________________________________</w:t>
      </w:r>
    </w:p>
    <w:p w14:paraId="257EE7B6" w14:textId="77777777" w:rsidR="005D618C" w:rsidRDefault="005D618C">
      <w:pPr>
        <w:rPr>
          <w:color w:val="0E1318"/>
        </w:rPr>
      </w:pPr>
      <w:r>
        <w:rPr>
          <w:color w:val="0E1318"/>
        </w:rPr>
        <w:br w:type="page"/>
      </w:r>
    </w:p>
    <w:p w14:paraId="47048C9D" w14:textId="77777777" w:rsidR="001C4514" w:rsidRDefault="005D618C">
      <w:pPr>
        <w:spacing w:before="360" w:after="120"/>
      </w:pPr>
      <w:r>
        <w:rPr>
          <w:b/>
          <w:color w:val="0A1628"/>
          <w:sz w:val="36"/>
        </w:rPr>
        <w:lastRenderedPageBreak/>
        <w:t>5 · Zpětná vazba od žáků a kolegů</w:t>
      </w:r>
    </w:p>
    <w:p w14:paraId="14933682" w14:textId="77777777" w:rsidR="001C4514" w:rsidRDefault="005D618C">
      <w:pPr>
        <w:spacing w:before="160" w:after="60"/>
      </w:pPr>
      <w:r>
        <w:rPr>
          <w:b/>
          <w:color w:val="04A8B0"/>
        </w:rPr>
        <w:t>1.  Co ocenili moji žáci na mé výuce?</w:t>
      </w:r>
    </w:p>
    <w:p w14:paraId="6E9EDA09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5F1F900A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58E5CABD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029F9F36" w14:textId="77777777" w:rsidR="001C4514" w:rsidRDefault="005D618C">
      <w:pPr>
        <w:spacing w:before="160" w:after="60"/>
      </w:pPr>
      <w:r>
        <w:rPr>
          <w:b/>
          <w:color w:val="04A8B0"/>
        </w:rPr>
        <w:t>2.  Co ocenili kolegové na mé práci?</w:t>
      </w:r>
    </w:p>
    <w:p w14:paraId="40AB9955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12262CFF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5D98F852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507B38C8" w14:textId="77777777" w:rsidR="001C4514" w:rsidRDefault="005D618C">
      <w:pPr>
        <w:spacing w:before="160" w:after="60"/>
      </w:pPr>
      <w:r>
        <w:rPr>
          <w:b/>
          <w:color w:val="04A8B0"/>
        </w:rPr>
        <w:t>3.  Co bych chtěl/a zlepšit?</w:t>
      </w:r>
    </w:p>
    <w:p w14:paraId="223E2614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45478370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638A460A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4AADCC1E" w14:textId="77777777" w:rsidR="001C4514" w:rsidRDefault="005D618C">
      <w:pPr>
        <w:spacing w:before="360" w:after="120"/>
      </w:pPr>
      <w:r>
        <w:rPr>
          <w:b/>
          <w:color w:val="0A1628"/>
          <w:sz w:val="36"/>
        </w:rPr>
        <w:t>6 · Moje roční reflexe</w:t>
      </w:r>
    </w:p>
    <w:p w14:paraId="087C769D" w14:textId="77777777" w:rsidR="001C4514" w:rsidRDefault="005D618C">
      <w:pPr>
        <w:spacing w:before="160" w:after="60"/>
      </w:pPr>
      <w:r>
        <w:rPr>
          <w:b/>
          <w:color w:val="04A8B0"/>
        </w:rPr>
        <w:t>1.  Nejdůležitější věc, kterou jsem se v tomto školním roce naučil/a jako pedagog:</w:t>
      </w:r>
    </w:p>
    <w:p w14:paraId="29DF251A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709F1588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220A005D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74BCB04C" w14:textId="77777777" w:rsidR="001C4514" w:rsidRDefault="005D618C">
      <w:pPr>
        <w:spacing w:before="160" w:after="60"/>
      </w:pPr>
      <w:r>
        <w:rPr>
          <w:b/>
          <w:color w:val="04A8B0"/>
        </w:rPr>
        <w:t>2.  Moment, na který jsem nejvíce hrdý/á:</w:t>
      </w:r>
    </w:p>
    <w:p w14:paraId="05C43C83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54522C74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6F804730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2737EF9B" w14:textId="77777777" w:rsidR="001C4514" w:rsidRDefault="005D618C">
      <w:pPr>
        <w:spacing w:before="160" w:after="60"/>
      </w:pPr>
      <w:r>
        <w:rPr>
          <w:b/>
          <w:color w:val="04A8B0"/>
        </w:rPr>
        <w:t>3.  Co chci příští rok rozvinout nebo zlepšit:</w:t>
      </w:r>
    </w:p>
    <w:p w14:paraId="27EFC7D4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34D1E489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73393169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74297A95" w14:textId="77777777" w:rsidR="001C4514" w:rsidRDefault="005D618C">
      <w:pPr>
        <w:spacing w:before="160" w:after="60"/>
      </w:pPr>
      <w:r>
        <w:rPr>
          <w:b/>
          <w:color w:val="04A8B0"/>
        </w:rPr>
        <w:t>4.  Moje pedagogické cíle na příští rok:</w:t>
      </w:r>
    </w:p>
    <w:p w14:paraId="7650A6A1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0F155C1D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417B6E1F" w14:textId="77777777" w:rsidR="001C4514" w:rsidRDefault="005D618C">
      <w:pPr>
        <w:spacing w:after="80"/>
      </w:pPr>
      <w:r>
        <w:rPr>
          <w:color w:val="525B68"/>
        </w:rPr>
        <w:t>______________________________________________________________________</w:t>
      </w:r>
    </w:p>
    <w:p w14:paraId="373C6DD5" w14:textId="77777777" w:rsidR="001C4514" w:rsidRDefault="005D618C">
      <w:pPr>
        <w:spacing w:before="360" w:after="120"/>
      </w:pPr>
      <w:r>
        <w:rPr>
          <w:b/>
          <w:color w:val="0A1628"/>
          <w:sz w:val="36"/>
        </w:rPr>
        <w:lastRenderedPageBreak/>
        <w:t>7 · Inspirace a zdroje</w:t>
      </w:r>
    </w:p>
    <w:p w14:paraId="244E64AA" w14:textId="77777777" w:rsidR="001C4514" w:rsidRDefault="005D618C">
      <w:pPr>
        <w:pStyle w:val="Seznamsodrkami"/>
        <w:spacing w:after="60"/>
      </w:pPr>
      <w:r>
        <w:rPr>
          <w:b/>
          <w:color w:val="0E1318"/>
        </w:rPr>
        <w:t xml:space="preserve">KCV Plzeň — </w:t>
      </w:r>
      <w:r>
        <w:rPr>
          <w:color w:val="0E1318"/>
        </w:rPr>
        <w:t>kcv.cz/kp/portfolio — Desatero portfolia</w:t>
      </w:r>
    </w:p>
    <w:p w14:paraId="6E7890E4" w14:textId="77777777" w:rsidR="001C4514" w:rsidRDefault="005D618C">
      <w:pPr>
        <w:pStyle w:val="Seznamsodrkami"/>
        <w:spacing w:after="60"/>
      </w:pPr>
      <w:r>
        <w:rPr>
          <w:b/>
          <w:color w:val="0E1318"/>
        </w:rPr>
        <w:t xml:space="preserve">DigCompEdu — </w:t>
      </w:r>
      <w:r>
        <w:rPr>
          <w:color w:val="0E1318"/>
        </w:rPr>
        <w:t xml:space="preserve">npi.cz — rámec digitálních </w:t>
      </w:r>
      <w:r>
        <w:rPr>
          <w:color w:val="0E1318"/>
        </w:rPr>
        <w:t>kompetencí pedagogů</w:t>
      </w:r>
    </w:p>
    <w:p w14:paraId="225B7171" w14:textId="77777777" w:rsidR="001C4514" w:rsidRDefault="005D618C">
      <w:pPr>
        <w:pStyle w:val="Seznamsodrkami"/>
        <w:spacing w:after="60"/>
      </w:pPr>
      <w:r>
        <w:rPr>
          <w:b/>
          <w:color w:val="0E1318"/>
        </w:rPr>
        <w:t xml:space="preserve">SYPO / NPI ČR — </w:t>
      </w:r>
      <w:r>
        <w:rPr>
          <w:color w:val="0E1318"/>
        </w:rPr>
        <w:t>systém podpory profesního rozvoje pedagogů</w:t>
      </w:r>
    </w:p>
    <w:p w14:paraId="291BC435" w14:textId="77777777" w:rsidR="001C4514" w:rsidRDefault="005D618C">
      <w:pPr>
        <w:pStyle w:val="Seznamsodrkami"/>
        <w:spacing w:after="60"/>
      </w:pPr>
      <w:r>
        <w:rPr>
          <w:b/>
          <w:color w:val="0E1318"/>
        </w:rPr>
        <w:t xml:space="preserve">Canva Design School — </w:t>
      </w:r>
      <w:r>
        <w:rPr>
          <w:color w:val="0E1318"/>
        </w:rPr>
        <w:t>canva.com/design-school — Teacher essentials</w:t>
      </w:r>
    </w:p>
    <w:p w14:paraId="2942FC06" w14:textId="77777777" w:rsidR="001C4514" w:rsidRDefault="005D618C">
      <w:pPr>
        <w:pStyle w:val="Seznamsodrkami"/>
        <w:spacing w:after="60"/>
      </w:pPr>
      <w:r>
        <w:rPr>
          <w:b/>
          <w:color w:val="0E1318"/>
        </w:rPr>
        <w:t xml:space="preserve">Helen Barrett — </w:t>
      </w:r>
      <w:r>
        <w:rPr>
          <w:color w:val="0E1318"/>
        </w:rPr>
        <w:t>electronicportfolios.org — reflexe jako jádro portfolia</w:t>
      </w:r>
    </w:p>
    <w:p w14:paraId="09CB32B2" w14:textId="77777777" w:rsidR="001C4514" w:rsidRDefault="001C4514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1C4514" w14:paraId="63E6BB29" w14:textId="77777777">
        <w:tc>
          <w:tcPr>
            <w:tcW w:w="4873" w:type="dxa"/>
            <w:shd w:val="clear" w:color="auto" w:fill="00C4CC"/>
          </w:tcPr>
          <w:p w14:paraId="53649933" w14:textId="77777777" w:rsidR="001C4514" w:rsidRDefault="005D618C">
            <w:r>
              <w:rPr>
                <w:sz w:val="4"/>
              </w:rPr>
              <w:t> </w:t>
            </w:r>
          </w:p>
        </w:tc>
        <w:tc>
          <w:tcPr>
            <w:tcW w:w="4873" w:type="dxa"/>
            <w:shd w:val="clear" w:color="auto" w:fill="7D2AE8"/>
          </w:tcPr>
          <w:p w14:paraId="55561EC1" w14:textId="77777777" w:rsidR="001C4514" w:rsidRDefault="005D618C">
            <w:r>
              <w:rPr>
                <w:sz w:val="4"/>
              </w:rPr>
              <w:t> </w:t>
            </w:r>
          </w:p>
        </w:tc>
      </w:tr>
    </w:tbl>
    <w:p w14:paraId="25A70710" w14:textId="77777777" w:rsidR="001C4514" w:rsidRDefault="001C4514"/>
    <w:p w14:paraId="13C6AB42" w14:textId="62E72037" w:rsidR="001C4514" w:rsidRDefault="005D618C">
      <w:pPr>
        <w:spacing w:after="80"/>
        <w:jc w:val="center"/>
      </w:pPr>
      <w:r>
        <w:rPr>
          <w:color w:val="7E8794"/>
          <w:sz w:val="18"/>
        </w:rPr>
        <w:t xml:space="preserve">Mgr. Patrik Vaněk · </w:t>
      </w:r>
      <w:r>
        <w:rPr>
          <w:color w:val="7E8794"/>
          <w:sz w:val="18"/>
        </w:rPr>
        <w:t>canvaveskole.com · 2026</w:t>
      </w:r>
    </w:p>
    <w:sectPr w:rsidR="001C4514" w:rsidSect="00034616">
      <w:pgSz w:w="12240" w:h="15840"/>
      <w:pgMar w:top="1247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2578545">
    <w:abstractNumId w:val="8"/>
  </w:num>
  <w:num w:numId="2" w16cid:durableId="1300107065">
    <w:abstractNumId w:val="6"/>
  </w:num>
  <w:num w:numId="3" w16cid:durableId="1599948707">
    <w:abstractNumId w:val="5"/>
  </w:num>
  <w:num w:numId="4" w16cid:durableId="734864199">
    <w:abstractNumId w:val="4"/>
  </w:num>
  <w:num w:numId="5" w16cid:durableId="1806775845">
    <w:abstractNumId w:val="7"/>
  </w:num>
  <w:num w:numId="6" w16cid:durableId="935865652">
    <w:abstractNumId w:val="3"/>
  </w:num>
  <w:num w:numId="7" w16cid:durableId="834152698">
    <w:abstractNumId w:val="2"/>
  </w:num>
  <w:num w:numId="8" w16cid:durableId="1849058978">
    <w:abstractNumId w:val="1"/>
  </w:num>
  <w:num w:numId="9" w16cid:durableId="40175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4514"/>
    <w:rsid w:val="0029639D"/>
    <w:rsid w:val="00326F90"/>
    <w:rsid w:val="00557488"/>
    <w:rsid w:val="005D61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F63E6"/>
  <w14:defaultImageDpi w14:val="300"/>
  <w15:docId w15:val="{474834D4-32FE-40D0-BF9A-8E8B9B81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Vaněk Patrik</cp:lastModifiedBy>
  <cp:revision>2</cp:revision>
  <dcterms:created xsi:type="dcterms:W3CDTF">2013-12-23T23:15:00Z</dcterms:created>
  <dcterms:modified xsi:type="dcterms:W3CDTF">2026-05-25T07:15:00Z</dcterms:modified>
  <cp:category/>
</cp:coreProperties>
</file>